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FORMULARZ ZGŁOSZENIOWY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zał. nr 1 do regulaminu konkursu GMINA SZCZYTNA W OBIEKTYWIE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1. Imię i nazwisko…………………………………………………………………………………………………...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data ur. 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2. Adres zamieszkania 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3. Kontakt tel.: ..............................................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e-mail 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4. Wykaz zdjęć zgłoszonych do konkursu: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1. .................................................................................................................................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2. .................................................................................................................................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3. .................................................................................................................................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4. .................................................................................................................................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Zaświadczam pod odpowiedzialnością karną prawdziwość powyższych danych oraz oświadczam, że zapoznałem(-am) się z treścią regulaminu konkursu GMINA SZCZYTNA W OBIEKTYWIE i akceptuję jego postanowienia.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podpis Uczestnika Konkursu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Wyrażam zgodę na przetwarzanie przez Urząd Miasta i Gminy Szczytna z siedzibą: 57-330 Szczytna ul. Wolności 42, moich danych osobowych zawartych w niniejszym formularzu zgłoszeniowym na potrzeby przeprowadzenia Konkursu fotograficznego „GMINA SZCZYTNA W OBIEKTYWIE”, zgodnie z art. 6 ust. 1 lit. a Rozporządzenia Parlamentu Europejskiego i Rady (UE) 2016/679 z dnia 27 kwietnia 2016 r. (RODO).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podpis Uczestnika Konkursu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Oświadczam, że zapoznałem(am) się z informacjami zawartymi w KLAUZULI INFORMACYJNEJ O PRZETWARZANIU DANYCH OSOBOWYCH zamieszczonej w regulaminie konkursu, dotyczącej przetwarzania moich danych osobowych, a także znam przysługujące mi prawa, o których mowa w art. 15–21 RODO.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Wyrażam zgodę na udział mojego syna/córki ............................................................... w konkursie i ponoszę pełną odpowiedzialność za ewentualne naruszenie praw osób trzecich (dotyczy wyłącznie osób niepełnoletnich).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podpis rodzica lub prawnego opiekuna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  <w:r>
        <w:br w:type="page"/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KLAUZULA INFORMACYJNA O PRZETWARZANIU DANYCH OSOBOWYCH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W KONKURSACH FOTOGRAFICZNYCH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1. Administratorem danych osobowych uczestników Konkursu jest Organizator.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2. Przetwarzane będą następujące dane osobowe: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imię, nazwisko, adres zamieszkania, e-mail, nr telefonu, wiek,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w celu udziału w Konkursie – na podstawie art. 6 ust. 1 lit. a RODO,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w celu wyłonienia Laureatów – do czasu wycofania zgody lub zakończenia konkursu,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w celu rozpatrzenia ewentualnych reklamacji i roszczeń – na podstawie art. 6 ust. 1 lit. f RODO (uzasadniony interes administratora).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3. Wizerunek: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przetwarzany będzie na podstawie art. 6 ust. 1 lit. c RODO w związku z art. 81 ustawy z dnia 4 lutego 1994 r. o prawie autorskim i prawach pokrewnych (t. j. Dz. U. z 2025 r. poz. 24).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4. Podanie danych jest dobrowolne, jednak ich niepodanie uniemożliwia udział w Konkursie.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5. Osobom, których dane dotyczą, przysługuje: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a) prawo dostępu do danych,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b) prawo do sprostowania danych,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c) prawo do usunięcia danych,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d) prawo do ograniczenia przetwarzania,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e) prawo do przenoszenia danych,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f) prawo wniesienia sprzeciwu.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6. Kontakt w sprawach dotyczących danych osobowych: szczytna@szczytna.pl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7. Dane nie będą przekazywane poza Europejski Obszar Gospodarczy.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8. Odbiorcami danych mogą być podmioty: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uprawnione na podstawie przepisów prawa,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świadczące usługi pocztowe lub kurierskie,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obsługujące systemy informatyczne,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</w:rPr>
        <w:t>- świadczące usługi doradcze, prawne, księgowe.</w:t>
      </w:r>
    </w:p>
    <w:p>
      <w:pPr>
        <w:pStyle w:val="Normal"/>
        <w:spacing w:before="0" w:after="200"/>
        <w:rPr>
          <w:rFonts w:ascii="Calibri" w:hAnsi="Calibri"/>
        </w:rPr>
      </w:pPr>
      <w:r>
        <w:rPr>
          <w:rFonts w:ascii="Calibri" w:hAnsi="Calibri"/>
        </w:rPr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Wyróżnienie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LibreOffice/7.3.1.3$Windows_X86_64 LibreOffice_project/a69ca51ded25f3eefd52d7bf9a5fad8c90b87951</Application>
  <AppVersion>15.0000</AppVersion>
  <Pages>4</Pages>
  <Words>409</Words>
  <Characters>3598</Characters>
  <CharactersWithSpaces>4020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2026-02-17T09:50:02Z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